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3109DA" w14:textId="77777777" w:rsidR="00D51D96" w:rsidRDefault="00000000">
      <w:pPr>
        <w:spacing w:after="60"/>
      </w:pPr>
      <w:r>
        <w:rPr>
          <w:noProof/>
        </w:rPr>
        <w:drawing>
          <wp:inline distT="0" distB="0" distL="0" distR="0" wp14:anchorId="46A28D89" wp14:editId="651C9762">
            <wp:extent cx="777240" cy="6736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GI_symbo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67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3DB45" w14:textId="77777777" w:rsidR="00D51D96" w:rsidRDefault="00000000">
      <w:pPr>
        <w:spacing w:before="80" w:after="120"/>
        <w:jc w:val="center"/>
      </w:pPr>
      <w:r>
        <w:rPr>
          <w:b/>
        </w:rPr>
        <w:t>[FULL MANUSCRIPT TITLE]</w:t>
      </w:r>
    </w:p>
    <w:p w14:paraId="540FAF32" w14:textId="77777777" w:rsidR="00D51D96" w:rsidRDefault="00000000">
      <w:pPr>
        <w:spacing w:after="40"/>
        <w:jc w:val="center"/>
      </w:pPr>
      <w:r>
        <w:rPr>
          <w:b/>
        </w:rPr>
        <w:t>First Author¹, Second Author², Third Author³*</w:t>
      </w:r>
    </w:p>
    <w:p w14:paraId="78C0F5CA" w14:textId="77777777" w:rsidR="00D51D96" w:rsidRDefault="00000000">
      <w:pPr>
        <w:spacing w:after="20"/>
        <w:jc w:val="center"/>
      </w:pPr>
      <w:r>
        <w:t>¹ Department, Institution, City, Country</w:t>
      </w:r>
    </w:p>
    <w:p w14:paraId="1DA2446A" w14:textId="77777777" w:rsidR="00D51D96" w:rsidRDefault="00000000">
      <w:pPr>
        <w:spacing w:after="20"/>
        <w:jc w:val="center"/>
      </w:pPr>
      <w:r>
        <w:t>² Department, Institution, City, Country</w:t>
      </w:r>
    </w:p>
    <w:p w14:paraId="75275DE9" w14:textId="77777777" w:rsidR="00D51D96" w:rsidRDefault="00000000">
      <w:pPr>
        <w:jc w:val="center"/>
      </w:pPr>
      <w:r>
        <w:t>³ Department, Institution, City, Country</w:t>
      </w:r>
    </w:p>
    <w:p w14:paraId="024AB7D2" w14:textId="77777777" w:rsidR="00D51D96" w:rsidRDefault="00000000">
      <w:pPr>
        <w:jc w:val="center"/>
      </w:pPr>
      <w:r>
        <w:t>* Corresponding author: name@institution.edu | ORCID: 0000-0000-0000-0000</w:t>
      </w:r>
    </w:p>
    <w:p w14:paraId="077AB6A7" w14:textId="77777777" w:rsidR="00D51D96" w:rsidRDefault="00000000">
      <w:pPr>
        <w:pStyle w:val="TemplateNote"/>
      </w:pPr>
      <w:r>
        <w:t>Template note: ASPG currently permits flexible-format initial submissions; this JSGI template is a proposed journal-specific format aligned with ASPG's published manuscript template and current author guidelines.</w:t>
      </w:r>
    </w:p>
    <w:p w14:paraId="09BDE377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Abstract</w:t>
      </w:r>
    </w:p>
    <w:p w14:paraId="54CBF894" w14:textId="77777777" w:rsidR="00D51D96" w:rsidRDefault="00000000">
      <w:pPr>
        <w:jc w:val="both"/>
      </w:pPr>
      <w:r>
        <w:t>[150–250 words summarizing purpose, approach, principal findings, and contribution. Avoid citations unless essential.]</w:t>
      </w:r>
    </w:p>
    <w:p w14:paraId="300C24BB" w14:textId="77777777" w:rsidR="00D51D96" w:rsidRDefault="00000000">
      <w:pPr>
        <w:spacing w:after="60"/>
      </w:pPr>
      <w:r>
        <w:rPr>
          <w:b/>
        </w:rPr>
        <w:t>Keywords:</w:t>
      </w:r>
      <w:r>
        <w:t xml:space="preserve"> [4–8 concise keywords separated by semicolons]</w:t>
      </w:r>
    </w:p>
    <w:p w14:paraId="5CE9DA25" w14:textId="77777777" w:rsidR="00D51D96" w:rsidRDefault="00000000">
      <w:pPr>
        <w:spacing w:before="80"/>
      </w:pPr>
      <w:r>
        <w:rPr>
          <w:b/>
        </w:rPr>
        <w:t>Implementation Significance</w:t>
      </w:r>
    </w:p>
    <w:p w14:paraId="1262B0D6" w14:textId="77777777" w:rsidR="00D51D96" w:rsidRDefault="00000000">
      <w:pPr>
        <w:jc w:val="both"/>
      </w:pPr>
      <w:r>
        <w:t>[In 2–4 sentences, state what the study changes for sustainability implementation, governance, verification, scale-up, or policy/practice.]</w:t>
      </w:r>
    </w:p>
    <w:p w14:paraId="6F26AABA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1. Introduction</w:t>
      </w:r>
    </w:p>
    <w:p w14:paraId="3970891F" w14:textId="77777777" w:rsidR="00D51D96" w:rsidRDefault="00000000">
      <w:pPr>
        <w:jc w:val="both"/>
      </w:pPr>
      <w:r>
        <w:t>[Set out the problem, international relevance, knowledge gap, study aim/objectives or research questions, and the manuscript's original contribution.]</w:t>
      </w:r>
    </w:p>
    <w:p w14:paraId="2D494527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2. Literature Review and Conceptual / Theoretical Framework</w:t>
      </w:r>
    </w:p>
    <w:p w14:paraId="6EEEA94E" w14:textId="77777777" w:rsidR="00D51D96" w:rsidRDefault="00000000">
      <w:pPr>
        <w:jc w:val="both"/>
      </w:pPr>
      <w:r>
        <w:t>[Critically synthesize relevant international literature. Define key constructs, identify unresolved gaps, and establish the framework, propositions, or hypotheses where applicable.]</w:t>
      </w:r>
    </w:p>
    <w:p w14:paraId="54E201C2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3. Methodology / Materials and Methods</w:t>
      </w:r>
    </w:p>
    <w:p w14:paraId="7D6A4305" w14:textId="77777777" w:rsidR="00D51D96" w:rsidRDefault="00000000">
      <w:pPr>
        <w:jc w:val="both"/>
      </w:pPr>
      <w:r>
        <w:t>[Describe research design, data/sampling, variables or constructs, analytical methods, validation/reliability procedures, software/tools, ethical approval where applicable, and reproducibility information.]</w:t>
      </w:r>
    </w:p>
    <w:p w14:paraId="709A04F5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4. Results</w:t>
      </w:r>
    </w:p>
    <w:p w14:paraId="5FBD2BA7" w14:textId="77777777" w:rsidR="00D51D96" w:rsidRDefault="00000000">
      <w:pPr>
        <w:jc w:val="both"/>
      </w:pPr>
      <w:r>
        <w:t>[Present results clearly and objectively. Refer to every table and figure in the text before or near its appearance.]</w:t>
      </w:r>
    </w:p>
    <w:p w14:paraId="7740A139" w14:textId="77777777" w:rsidR="00D51D96" w:rsidRDefault="00000000">
      <w:r>
        <w:rPr>
          <w:b/>
        </w:rPr>
        <w:t>Table 1. Example table title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4"/>
        <w:gridCol w:w="2384"/>
        <w:gridCol w:w="2385"/>
        <w:gridCol w:w="2384"/>
      </w:tblGrid>
      <w:tr w:rsidR="00D51D96" w14:paraId="11D31442" w14:textId="77777777">
        <w:trPr>
          <w:jc w:val="center"/>
        </w:trPr>
        <w:tc>
          <w:tcPr>
            <w:tcW w:w="2387" w:type="dxa"/>
            <w:shd w:val="clear" w:color="auto" w:fill="DCEDEA"/>
          </w:tcPr>
          <w:p w14:paraId="0575F5B5" w14:textId="77777777" w:rsidR="00D51D96" w:rsidRDefault="00000000">
            <w:pPr>
              <w:jc w:val="center"/>
            </w:pPr>
            <w:r>
              <w:rPr>
                <w:b/>
              </w:rPr>
              <w:t>Indicator</w:t>
            </w:r>
          </w:p>
        </w:tc>
        <w:tc>
          <w:tcPr>
            <w:tcW w:w="2387" w:type="dxa"/>
            <w:shd w:val="clear" w:color="auto" w:fill="DCEDEA"/>
          </w:tcPr>
          <w:p w14:paraId="195FC6BF" w14:textId="77777777" w:rsidR="00D51D96" w:rsidRDefault="00000000">
            <w:pPr>
              <w:jc w:val="center"/>
            </w:pPr>
            <w:r>
              <w:rPr>
                <w:b/>
              </w:rPr>
              <w:t>Baseline</w:t>
            </w:r>
          </w:p>
        </w:tc>
        <w:tc>
          <w:tcPr>
            <w:tcW w:w="2387" w:type="dxa"/>
            <w:shd w:val="clear" w:color="auto" w:fill="DCEDEA"/>
          </w:tcPr>
          <w:p w14:paraId="0A584463" w14:textId="77777777" w:rsidR="00D51D96" w:rsidRDefault="00000000">
            <w:pPr>
              <w:jc w:val="center"/>
            </w:pPr>
            <w:r>
              <w:rPr>
                <w:b/>
              </w:rPr>
              <w:t>Scenario / Intervention</w:t>
            </w:r>
          </w:p>
        </w:tc>
        <w:tc>
          <w:tcPr>
            <w:tcW w:w="2387" w:type="dxa"/>
            <w:shd w:val="clear" w:color="auto" w:fill="DCEDEA"/>
          </w:tcPr>
          <w:p w14:paraId="774449E0" w14:textId="77777777" w:rsidR="00D51D96" w:rsidRDefault="00000000">
            <w:pPr>
              <w:jc w:val="center"/>
            </w:pPr>
            <w:r>
              <w:rPr>
                <w:b/>
              </w:rPr>
              <w:t>Verified Outcome</w:t>
            </w:r>
          </w:p>
        </w:tc>
      </w:tr>
      <w:tr w:rsidR="00D51D96" w14:paraId="0A9271ED" w14:textId="77777777">
        <w:trPr>
          <w:jc w:val="center"/>
        </w:trPr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BCE172" w14:textId="77777777" w:rsidR="00D51D96" w:rsidRDefault="00000000">
            <w:pPr>
              <w:jc w:val="center"/>
            </w:pPr>
            <w:r>
              <w:t>[Measure 1]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21B878" w14:textId="77777777" w:rsidR="00D51D96" w:rsidRDefault="00000000">
            <w:pPr>
              <w:jc w:val="center"/>
            </w:pPr>
            <w:r>
              <w:t>[Value]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AE9635" w14:textId="77777777" w:rsidR="00D51D96" w:rsidRDefault="00000000">
            <w:pPr>
              <w:jc w:val="center"/>
            </w:pPr>
            <w:r>
              <w:t>[Value]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C53516" w14:textId="77777777" w:rsidR="00D51D96" w:rsidRDefault="00000000">
            <w:pPr>
              <w:jc w:val="center"/>
            </w:pPr>
            <w:r>
              <w:t>[Value / effect]</w:t>
            </w:r>
          </w:p>
        </w:tc>
      </w:tr>
      <w:tr w:rsidR="00D51D96" w14:paraId="7F4E4259" w14:textId="77777777">
        <w:trPr>
          <w:jc w:val="center"/>
        </w:trPr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2937E9" w14:textId="77777777" w:rsidR="00D51D96" w:rsidRDefault="00000000">
            <w:pPr>
              <w:jc w:val="center"/>
            </w:pPr>
            <w:r>
              <w:t>[Measure 2]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2C2EE" w14:textId="77777777" w:rsidR="00D51D96" w:rsidRDefault="00000000">
            <w:pPr>
              <w:jc w:val="center"/>
            </w:pPr>
            <w:r>
              <w:t>[Value]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0D03C6" w14:textId="77777777" w:rsidR="00D51D96" w:rsidRDefault="00000000">
            <w:pPr>
              <w:jc w:val="center"/>
            </w:pPr>
            <w:r>
              <w:t>[Value]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567834" w14:textId="77777777" w:rsidR="00D51D96" w:rsidRDefault="00000000">
            <w:pPr>
              <w:jc w:val="center"/>
            </w:pPr>
            <w:r>
              <w:t>[Value / effect]</w:t>
            </w:r>
          </w:p>
        </w:tc>
      </w:tr>
      <w:tr w:rsidR="00D51D96" w14:paraId="1705D634" w14:textId="77777777">
        <w:trPr>
          <w:jc w:val="center"/>
        </w:trPr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5439E7" w14:textId="77777777" w:rsidR="00D51D96" w:rsidRDefault="00000000">
            <w:pPr>
              <w:jc w:val="center"/>
            </w:pPr>
            <w:r>
              <w:t>[Measure 3]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3E5092" w14:textId="77777777" w:rsidR="00D51D96" w:rsidRDefault="00000000">
            <w:pPr>
              <w:jc w:val="center"/>
            </w:pPr>
            <w:r>
              <w:t>[Value]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A5E268" w14:textId="77777777" w:rsidR="00D51D96" w:rsidRDefault="00000000">
            <w:pPr>
              <w:jc w:val="center"/>
            </w:pPr>
            <w:r>
              <w:t>[Value]</w:t>
            </w:r>
          </w:p>
        </w:tc>
        <w:tc>
          <w:tcPr>
            <w:tcW w:w="2387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EB82CD" w14:textId="77777777" w:rsidR="00D51D96" w:rsidRDefault="00000000">
            <w:pPr>
              <w:jc w:val="center"/>
            </w:pPr>
            <w:r>
              <w:t>[Value / effect]</w:t>
            </w:r>
          </w:p>
        </w:tc>
      </w:tr>
    </w:tbl>
    <w:p w14:paraId="55F759AA" w14:textId="77777777" w:rsidR="00D51D96" w:rsidRDefault="00D51D9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47"/>
      </w:tblGrid>
      <w:tr w:rsidR="00D51D96" w14:paraId="2A3213EE" w14:textId="77777777">
        <w:trPr>
          <w:jc w:val="center"/>
        </w:trPr>
        <w:tc>
          <w:tcPr>
            <w:tcW w:w="9547" w:type="dxa"/>
            <w:shd w:val="clear" w:color="auto" w:fill="F5F7F8"/>
          </w:tcPr>
          <w:p w14:paraId="0D37A142" w14:textId="77777777" w:rsidR="00D51D96" w:rsidRDefault="00000000">
            <w:pPr>
              <w:jc w:val="center"/>
            </w:pPr>
            <w:r>
              <w:br/>
            </w:r>
            <w:r>
              <w:br/>
              <w:t>[INSERT HIGH-RESOLUTION FIGURE / DIAGRAM HERE]</w:t>
            </w:r>
            <w:r>
              <w:br/>
            </w:r>
            <w:r>
              <w:br/>
            </w:r>
          </w:p>
        </w:tc>
      </w:tr>
    </w:tbl>
    <w:p w14:paraId="5E3358B7" w14:textId="77777777" w:rsidR="00D51D96" w:rsidRDefault="00000000">
      <w:pPr>
        <w:jc w:val="center"/>
      </w:pPr>
      <w:r>
        <w:t>Figure 1. Example figure caption</w:t>
      </w:r>
    </w:p>
    <w:p w14:paraId="72DF5AB7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lastRenderedPageBreak/>
        <w:t>5. Discussion</w:t>
      </w:r>
    </w:p>
    <w:p w14:paraId="7DA81071" w14:textId="77777777" w:rsidR="00D51D96" w:rsidRDefault="00000000">
      <w:pPr>
        <w:jc w:val="both"/>
      </w:pPr>
      <w:r>
        <w:t>[Interpret the findings against prior literature and theory; explain mechanisms, uncertainty, limitations of inference, and areas of agreement or divergence.]</w:t>
      </w:r>
    </w:p>
    <w:p w14:paraId="338BC9E5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6. Sustainability Governance and Implementation Implications</w:t>
      </w:r>
    </w:p>
    <w:p w14:paraId="14CD2000" w14:textId="77777777" w:rsidR="00D51D96" w:rsidRDefault="00000000">
      <w:pPr>
        <w:jc w:val="both"/>
      </w:pPr>
      <w:r>
        <w:t>[Explain how the findings inform implementation mechanisms, governance, finance, accountability, verification, transferability, institutionalization, or scale. Distinguish evidence-based implications from speculation.]</w:t>
      </w:r>
    </w:p>
    <w:p w14:paraId="1C515042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7. Conclusions</w:t>
      </w:r>
    </w:p>
    <w:p w14:paraId="7680A68D" w14:textId="77777777" w:rsidR="00D51D96" w:rsidRDefault="00000000">
      <w:pPr>
        <w:jc w:val="both"/>
      </w:pPr>
      <w:r>
        <w:t>[State the principal conclusions and contribution concisely. Link conclusions to the study aim/objectives and evidence. Include future research only where justified.]</w:t>
      </w:r>
    </w:p>
    <w:p w14:paraId="4082605D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Declarations</w:t>
      </w:r>
    </w:p>
    <w:p w14:paraId="64B7B443" w14:textId="77777777" w:rsidR="00D51D96" w:rsidRDefault="00000000">
      <w:pPr>
        <w:spacing w:after="40"/>
      </w:pPr>
      <w:r>
        <w:rPr>
          <w:b/>
        </w:rPr>
        <w:t xml:space="preserve">Author Contributions (CRediT): </w:t>
      </w:r>
      <w:r>
        <w:t>[e.g., Conceptualization, Methodology, Analysis, Writing, Supervision...]</w:t>
      </w:r>
    </w:p>
    <w:p w14:paraId="768B5E6E" w14:textId="77777777" w:rsidR="00D51D96" w:rsidRDefault="00000000">
      <w:pPr>
        <w:spacing w:after="40"/>
      </w:pPr>
      <w:r>
        <w:rPr>
          <w:b/>
        </w:rPr>
        <w:t xml:space="preserve">Funding: </w:t>
      </w:r>
      <w:r>
        <w:t>[State funding source and grant number, or: This research received no external funding.]</w:t>
      </w:r>
    </w:p>
    <w:p w14:paraId="5BB297F9" w14:textId="77777777" w:rsidR="00D51D96" w:rsidRDefault="00000000">
      <w:pPr>
        <w:spacing w:after="40"/>
      </w:pPr>
      <w:r>
        <w:rPr>
          <w:b/>
        </w:rPr>
        <w:t xml:space="preserve">Conflicts of Interest: </w:t>
      </w:r>
      <w:r>
        <w:t>[Declare all relevant conflicts, or: The authors declare no conflict of interest.]</w:t>
      </w:r>
    </w:p>
    <w:p w14:paraId="6D7D0897" w14:textId="77777777" w:rsidR="00D51D96" w:rsidRDefault="00000000">
      <w:pPr>
        <w:spacing w:after="40"/>
      </w:pPr>
      <w:r>
        <w:rPr>
          <w:b/>
        </w:rPr>
        <w:t xml:space="preserve">Data Availability: </w:t>
      </w:r>
      <w:r>
        <w:t>[Repository/link/DOI, data-on-request justification, or applicable restriction.]</w:t>
      </w:r>
    </w:p>
    <w:p w14:paraId="70BF8097" w14:textId="77777777" w:rsidR="00D51D96" w:rsidRDefault="00000000">
      <w:pPr>
        <w:spacing w:after="40"/>
      </w:pPr>
      <w:r>
        <w:rPr>
          <w:b/>
        </w:rPr>
        <w:t xml:space="preserve">Ethics Approval: </w:t>
      </w:r>
      <w:r>
        <w:t>[Committee/institution, approval number and date, or: Not applicable.]</w:t>
      </w:r>
    </w:p>
    <w:p w14:paraId="7DB504BB" w14:textId="77777777" w:rsidR="00D51D96" w:rsidRDefault="00000000">
      <w:pPr>
        <w:spacing w:after="40"/>
      </w:pPr>
      <w:r>
        <w:rPr>
          <w:b/>
        </w:rPr>
        <w:t xml:space="preserve">Informed Consent: </w:t>
      </w:r>
      <w:r>
        <w:t>[State where applicable, or: Not applicable.]</w:t>
      </w:r>
    </w:p>
    <w:p w14:paraId="24837F15" w14:textId="77777777" w:rsidR="00D51D96" w:rsidRDefault="00000000">
      <w:pPr>
        <w:spacing w:after="40"/>
      </w:pPr>
      <w:r>
        <w:rPr>
          <w:b/>
        </w:rPr>
        <w:t xml:space="preserve">Generative AI Use Disclosure: </w:t>
      </w:r>
      <w:r>
        <w:t>[Disclose substantive use in manuscript preparation, analysis, coding or translation as applicable under publisher policy; otherwise state none.]</w:t>
      </w:r>
    </w:p>
    <w:p w14:paraId="63AF19ED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References</w:t>
      </w:r>
    </w:p>
    <w:p w14:paraId="4F827602" w14:textId="77777777" w:rsidR="00D51D96" w:rsidRDefault="00000000">
      <w:pPr>
        <w:pStyle w:val="TemplateNote"/>
      </w:pPr>
      <w:r>
        <w:t>ASPG currently allows any recognized citation style at initial submission if applied consistently; references may be reformatted after acceptance. The numbered examples below follow the style used in ASPG's downloadable Word template.</w:t>
      </w:r>
    </w:p>
    <w:p w14:paraId="5AF60D8E" w14:textId="77777777" w:rsidR="00D51D96" w:rsidRDefault="00000000">
      <w:pPr>
        <w:spacing w:after="40"/>
        <w:ind w:left="288" w:hanging="288"/>
      </w:pPr>
      <w:r>
        <w:t>[1] Author, A. A., Author, B. B., “Article title,” Journal Title, vol. x, no. x, pp. xx–xx, year. https://doi.org/xx.xxxx/xxxxx</w:t>
      </w:r>
    </w:p>
    <w:p w14:paraId="2C72F0D4" w14:textId="77777777" w:rsidR="00D51D96" w:rsidRDefault="00000000">
      <w:pPr>
        <w:spacing w:after="40"/>
        <w:ind w:left="288" w:hanging="288"/>
      </w:pPr>
      <w:r>
        <w:t>[2] Author, A. A., Book Title. City: Publisher, year.</w:t>
      </w:r>
    </w:p>
    <w:p w14:paraId="508DD29A" w14:textId="77777777" w:rsidR="00D51D96" w:rsidRDefault="00000000">
      <w:pPr>
        <w:spacing w:after="40"/>
        <w:ind w:left="288" w:hanging="288"/>
      </w:pPr>
      <w:r>
        <w:t>[3] Organization Name, “Report / dataset title,” year. Available: [URL or DOI].</w:t>
      </w:r>
    </w:p>
    <w:p w14:paraId="6BD532C3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Optional Appendix / Supplementary Information</w:t>
      </w:r>
    </w:p>
    <w:p w14:paraId="6D09545B" w14:textId="77777777" w:rsidR="00D51D96" w:rsidRDefault="00000000">
      <w:pPr>
        <w:jc w:val="both"/>
      </w:pPr>
      <w:r>
        <w:t>[Use where required for detailed instruments, additional analyses, protocols, data dictionaries, or supplementary tables/figures.]</w:t>
      </w:r>
    </w:p>
    <w:p w14:paraId="19F60818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JSGI Submission Fit Check</w:t>
      </w:r>
    </w:p>
    <w:p w14:paraId="0EA13CE4" w14:textId="77777777" w:rsidR="00D51D96" w:rsidRDefault="00000000">
      <w:pPr>
        <w:pStyle w:val="ListBullet"/>
        <w:spacing w:after="40"/>
      </w:pPr>
      <w:r>
        <w:t>The manuscript addresses a defined sustainability system, intervention, policy, technology, programme or organizational strategy.</w:t>
      </w:r>
    </w:p>
    <w:p w14:paraId="5AA9A4D5" w14:textId="77777777" w:rsidR="00D51D96" w:rsidRDefault="00000000">
      <w:pPr>
        <w:pStyle w:val="ListBullet"/>
        <w:spacing w:after="40"/>
      </w:pPr>
      <w:r>
        <w:t>The manuscript explains how the intervention is implemented, adopted, institutionalized or scaled.</w:t>
      </w:r>
    </w:p>
    <w:p w14:paraId="39256D73" w14:textId="77777777" w:rsidR="00D51D96" w:rsidRDefault="00000000">
      <w:pPr>
        <w:pStyle w:val="ListBullet"/>
        <w:spacing w:after="40"/>
      </w:pPr>
      <w:r>
        <w:t>Relevant governance, policy, finance, accountability, organizational or institutional mechanisms are analysed.</w:t>
      </w:r>
    </w:p>
    <w:p w14:paraId="6BE4A818" w14:textId="77777777" w:rsidR="00D51D96" w:rsidRDefault="00000000">
      <w:pPr>
        <w:pStyle w:val="ListBullet"/>
        <w:spacing w:after="40"/>
      </w:pPr>
      <w:r>
        <w:t>The paper reports verified outcomes, trade-offs, failures, performance effects or transferable lessons.</w:t>
      </w:r>
    </w:p>
    <w:p w14:paraId="3E11A052" w14:textId="77777777" w:rsidR="00D51D96" w:rsidRDefault="00000000">
      <w:pPr>
        <w:pStyle w:val="ListBullet"/>
        <w:spacing w:after="40"/>
      </w:pPr>
      <w:r>
        <w:t>The manuscript provides a clear international contribution rather than a purely descriptive local case.</w:t>
      </w:r>
    </w:p>
    <w:p w14:paraId="45405084" w14:textId="77777777" w:rsidR="00D51D96" w:rsidRDefault="00000000">
      <w:pPr>
        <w:pStyle w:val="Heading1"/>
      </w:pPr>
      <w:r>
        <w:rPr>
          <w:rFonts w:ascii="Times New Roman" w:hAnsi="Times New Roman" w:cs="Times New Roman"/>
        </w:rPr>
        <w:t>Formatting Notes</w:t>
      </w:r>
    </w:p>
    <w:p w14:paraId="4F5DB2EA" w14:textId="77777777" w:rsidR="00D51D96" w:rsidRDefault="00000000">
      <w:pPr>
        <w:pStyle w:val="ListBullet"/>
        <w:spacing w:after="40"/>
      </w:pPr>
      <w:r>
        <w:t>Use clear professional English and consistent terminology, abbreviations and notation.</w:t>
      </w:r>
    </w:p>
    <w:p w14:paraId="58A5A87A" w14:textId="77777777" w:rsidR="00D51D96" w:rsidRDefault="00000000">
      <w:pPr>
        <w:pStyle w:val="ListBullet"/>
        <w:spacing w:after="40"/>
      </w:pPr>
      <w:r>
        <w:t>Number sections and subsections consistently.</w:t>
      </w:r>
    </w:p>
    <w:p w14:paraId="663D389E" w14:textId="77777777" w:rsidR="00D51D96" w:rsidRDefault="00000000">
      <w:pPr>
        <w:pStyle w:val="ListBullet"/>
        <w:spacing w:after="40"/>
      </w:pPr>
      <w:r>
        <w:t>Tables: title above the table; number consecutively; cite each table in the text.</w:t>
      </w:r>
    </w:p>
    <w:p w14:paraId="55B1FF9B" w14:textId="77777777" w:rsidR="00D51D96" w:rsidRDefault="00000000">
      <w:pPr>
        <w:pStyle w:val="ListBullet"/>
        <w:spacing w:after="40"/>
      </w:pPr>
      <w:r>
        <w:t>Figures: caption below the figure; number consecutively; cite each figure in the text; supply high-resolution originals where requested.</w:t>
      </w:r>
    </w:p>
    <w:p w14:paraId="28A7C0F7" w14:textId="77777777" w:rsidR="00D51D96" w:rsidRDefault="00000000">
      <w:pPr>
        <w:pStyle w:val="ListBullet"/>
        <w:spacing w:after="40"/>
      </w:pPr>
      <w:r>
        <w:t>Equations: number consecutively when referenced in the text.</w:t>
      </w:r>
    </w:p>
    <w:sectPr w:rsidR="00D51D96" w:rsidSect="00034616">
      <w:headerReference w:type="default" r:id="rId9"/>
      <w:footerReference w:type="default" r:id="rId10"/>
      <w:pgSz w:w="11909" w:h="16834"/>
      <w:pgMar w:top="1037" w:right="1181" w:bottom="1037" w:left="1181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977B1A" w14:textId="77777777" w:rsidR="0086716A" w:rsidRDefault="0086716A">
      <w:pPr>
        <w:spacing w:after="0" w:line="240" w:lineRule="auto"/>
      </w:pPr>
      <w:r>
        <w:separator/>
      </w:r>
    </w:p>
  </w:endnote>
  <w:endnote w:type="continuationSeparator" w:id="0">
    <w:p w14:paraId="05D06007" w14:textId="77777777" w:rsidR="0086716A" w:rsidRDefault="0086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E2B5EE" w14:textId="77777777" w:rsidR="00D51D96" w:rsidRDefault="00D51D96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752"/>
      <w:gridCol w:w="4752"/>
    </w:tblGrid>
    <w:tr w:rsidR="00D51D96" w14:paraId="032C963D" w14:textId="77777777">
      <w:trPr>
        <w:jc w:val="center"/>
      </w:trPr>
      <w:tc>
        <w:tcPr>
          <w:tcW w:w="4752" w:type="dxa"/>
        </w:tcPr>
        <w:p w14:paraId="216A5D5B" w14:textId="77777777" w:rsidR="00D51D96" w:rsidRDefault="00000000">
          <w:r>
            <w:rPr>
              <w:rFonts w:ascii="Garamond" w:hAnsi="Garamond" w:cs="Garamond"/>
              <w:sz w:val="18"/>
            </w:rPr>
            <w:t xml:space="preserve">DOI: [assigned] | Received: [dd mmm </w:t>
          </w:r>
          <w:proofErr w:type="spellStart"/>
          <w:r>
            <w:rPr>
              <w:rFonts w:ascii="Garamond" w:hAnsi="Garamond" w:cs="Garamond"/>
              <w:sz w:val="18"/>
            </w:rPr>
            <w:t>yyyy</w:t>
          </w:r>
          <w:proofErr w:type="spellEnd"/>
          <w:r>
            <w:rPr>
              <w:rFonts w:ascii="Garamond" w:hAnsi="Garamond" w:cs="Garamond"/>
              <w:sz w:val="18"/>
            </w:rPr>
            <w:t xml:space="preserve">] | Accepted: [dd mmm </w:t>
          </w:r>
          <w:proofErr w:type="spellStart"/>
          <w:r>
            <w:rPr>
              <w:rFonts w:ascii="Garamond" w:hAnsi="Garamond" w:cs="Garamond"/>
              <w:sz w:val="18"/>
            </w:rPr>
            <w:t>yyyy</w:t>
          </w:r>
          <w:proofErr w:type="spellEnd"/>
          <w:r>
            <w:rPr>
              <w:rFonts w:ascii="Garamond" w:hAnsi="Garamond" w:cs="Garamond"/>
              <w:sz w:val="18"/>
            </w:rPr>
            <w:t>]</w:t>
          </w:r>
        </w:p>
      </w:tc>
      <w:tc>
        <w:tcPr>
          <w:tcW w:w="4752" w:type="dxa"/>
        </w:tcPr>
        <w:p w14:paraId="088C2322" w14:textId="77777777" w:rsidR="00D51D96" w:rsidRDefault="00000000">
          <w:pPr>
            <w:jc w:val="right"/>
          </w:pPr>
          <w:r>
            <w:rPr>
              <w:rFonts w:ascii="Garamond" w:hAnsi="Garamond" w:cs="Garamond"/>
              <w:sz w:val="18"/>
            </w:rPr>
            <w:t xml:space="preserve">Page </w:t>
          </w:r>
          <w:r>
            <w:rPr>
              <w:rFonts w:ascii="Garamond" w:hAnsi="Garamond" w:cs="Garamond"/>
            </w:rPr>
            <w:fldChar w:fldCharType="begin"/>
          </w:r>
          <w:r>
            <w:rPr>
              <w:rFonts w:ascii="Garamond" w:hAnsi="Garamond" w:cs="Garamond"/>
            </w:rPr>
            <w:instrText xml:space="preserve"> PAGE </w:instrText>
          </w:r>
          <w:r>
            <w:rPr>
              <w:rFonts w:ascii="Garamond" w:hAnsi="Garamond" w:cs="Garamond"/>
            </w:rPr>
            <w:fldChar w:fldCharType="separate"/>
          </w:r>
          <w:r w:rsidR="00EB5A34">
            <w:rPr>
              <w:rFonts w:ascii="Garamond" w:hAnsi="Garamond" w:cs="Garamond"/>
              <w:noProof/>
            </w:rPr>
            <w:t>1</w:t>
          </w:r>
          <w:r>
            <w:rPr>
              <w:rFonts w:ascii="Garamond" w:hAnsi="Garamond" w:cs="Garamond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5ECAB6" w14:textId="77777777" w:rsidR="0086716A" w:rsidRDefault="0086716A">
      <w:pPr>
        <w:spacing w:after="0" w:line="240" w:lineRule="auto"/>
      </w:pPr>
      <w:r>
        <w:separator/>
      </w:r>
    </w:p>
  </w:footnote>
  <w:footnote w:type="continuationSeparator" w:id="0">
    <w:p w14:paraId="392485C0" w14:textId="77777777" w:rsidR="0086716A" w:rsidRDefault="00867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1D1FD" w14:textId="77777777" w:rsidR="00D51D96" w:rsidRDefault="00D51D96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752"/>
      <w:gridCol w:w="4752"/>
    </w:tblGrid>
    <w:tr w:rsidR="00D51D96" w14:paraId="43C6A76A" w14:textId="77777777">
      <w:trPr>
        <w:jc w:val="center"/>
      </w:trPr>
      <w:tc>
        <w:tcPr>
          <w:tcW w:w="4752" w:type="dxa"/>
        </w:tcPr>
        <w:p w14:paraId="7631C580" w14:textId="77777777" w:rsidR="00D51D96" w:rsidRDefault="00000000">
          <w:r>
            <w:rPr>
              <w:rFonts w:ascii="Garamond" w:hAnsi="Garamond" w:cs="Garamond"/>
              <w:i/>
            </w:rPr>
            <w:t>Journal of Sustainability Governance and Implementation (JSGI)</w:t>
          </w:r>
          <w:r>
            <w:rPr>
              <w:rFonts w:ascii="Garamond" w:hAnsi="Garamond" w:cs="Garamond"/>
              <w:i/>
            </w:rPr>
            <w:br/>
            <w:t>Vol. x, No. x, pp. xx–xx, Year</w:t>
          </w:r>
        </w:p>
      </w:tc>
      <w:tc>
        <w:tcPr>
          <w:tcW w:w="4752" w:type="dxa"/>
        </w:tcPr>
        <w:p w14:paraId="6E72C399" w14:textId="77777777" w:rsidR="00D51D96" w:rsidRDefault="00000000">
          <w:pPr>
            <w:jc w:val="right"/>
          </w:pPr>
          <w:r>
            <w:rPr>
              <w:rFonts w:ascii="Garamond" w:hAnsi="Garamond" w:cs="Garamond"/>
              <w:i/>
            </w:rPr>
            <w:t>Article Type: [Research / Review / Case Study / Short Communication]</w:t>
          </w:r>
        </w:p>
      </w:tc>
    </w:tr>
  </w:tbl>
  <w:p w14:paraId="37115777" w14:textId="77777777" w:rsidR="00D51D96" w:rsidRDefault="00D51D96">
    <w:pPr>
      <w:pBdr>
        <w:bottom w:val="single" w:sz="8" w:space="1" w:color="0B6F6A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0028557">
    <w:abstractNumId w:val="8"/>
  </w:num>
  <w:num w:numId="2" w16cid:durableId="1223634410">
    <w:abstractNumId w:val="6"/>
  </w:num>
  <w:num w:numId="3" w16cid:durableId="677467021">
    <w:abstractNumId w:val="5"/>
  </w:num>
  <w:num w:numId="4" w16cid:durableId="1528832962">
    <w:abstractNumId w:val="4"/>
  </w:num>
  <w:num w:numId="5" w16cid:durableId="1623882048">
    <w:abstractNumId w:val="7"/>
  </w:num>
  <w:num w:numId="6" w16cid:durableId="1418553280">
    <w:abstractNumId w:val="3"/>
  </w:num>
  <w:num w:numId="7" w16cid:durableId="1403136424">
    <w:abstractNumId w:val="2"/>
  </w:num>
  <w:num w:numId="8" w16cid:durableId="488719542">
    <w:abstractNumId w:val="1"/>
  </w:num>
  <w:num w:numId="9" w16cid:durableId="16881738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7160"/>
    <w:rsid w:val="00542756"/>
    <w:rsid w:val="0060748A"/>
    <w:rsid w:val="0086716A"/>
    <w:rsid w:val="009601AA"/>
    <w:rsid w:val="009968BE"/>
    <w:rsid w:val="009C28A7"/>
    <w:rsid w:val="00AA1D8D"/>
    <w:rsid w:val="00B316A2"/>
    <w:rsid w:val="00B31FCB"/>
    <w:rsid w:val="00B47730"/>
    <w:rsid w:val="00CB0664"/>
    <w:rsid w:val="00D51D96"/>
    <w:rsid w:val="00DA1BAC"/>
    <w:rsid w:val="00EB5A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11D94"/>
  <w14:defaultImageDpi w14:val="300"/>
  <w15:docId w15:val="{12924D03-A9FC-6145-9D64-D359C0F0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cs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Note">
    <w:name w:val="Template Note"/>
    <w:pPr>
      <w:spacing w:after="80"/>
    </w:pPr>
    <w:rPr>
      <w:rFonts w:ascii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611</Words>
  <Characters>4397</Characters>
  <Application>Microsoft Office Word</Application>
  <DocSecurity>0</DocSecurity>
  <Lines>93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Khaled Alhosani</dc:creator>
  <cp:keywords/>
  <dc:description/>
  <cp:lastModifiedBy>Prof Abdul Salam Darwish</cp:lastModifiedBy>
  <cp:revision>3</cp:revision>
  <dcterms:created xsi:type="dcterms:W3CDTF">2026-08-23T07:26:00Z</dcterms:created>
  <dcterms:modified xsi:type="dcterms:W3CDTF">2026-08-23T07:30:00Z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571681622f81c9c18dfa7899a34bc0cbb01069cbfd822f7b3c9693b46aa2bfce</vt:lpwstr>
  </property>
</Properties>
</file>